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4750F" w14:textId="5592FBB1" w:rsidR="007C408B" w:rsidRPr="00123D9F" w:rsidRDefault="00DA020C" w:rsidP="0057639E">
      <w:pPr>
        <w:pStyle w:val="Ttulo1"/>
        <w:jc w:val="center"/>
        <w:rPr>
          <w:color w:val="C00000"/>
        </w:rPr>
      </w:pPr>
      <w:r w:rsidRPr="00123D9F">
        <w:rPr>
          <w:color w:val="C00000"/>
        </w:rPr>
        <w:t xml:space="preserve">Ficha </w:t>
      </w:r>
      <w:r w:rsidR="0057639E" w:rsidRPr="00123D9F">
        <w:rPr>
          <w:color w:val="C00000"/>
        </w:rPr>
        <w:t>r</w:t>
      </w:r>
      <w:r w:rsidRPr="00123D9F">
        <w:rPr>
          <w:color w:val="C00000"/>
        </w:rPr>
        <w:t xml:space="preserve">esumen de la </w:t>
      </w:r>
      <w:r w:rsidR="0057639E" w:rsidRPr="00123D9F">
        <w:rPr>
          <w:color w:val="C00000"/>
        </w:rPr>
        <w:t>c</w:t>
      </w:r>
      <w:r w:rsidRPr="00123D9F">
        <w:rPr>
          <w:color w:val="C00000"/>
        </w:rPr>
        <w:t>onvocatoria</w:t>
      </w:r>
    </w:p>
    <w:p w14:paraId="5883D539" w14:textId="77777777" w:rsidR="0057639E" w:rsidRPr="00123D9F" w:rsidRDefault="0057639E" w:rsidP="0057639E"/>
    <w:p w14:paraId="5E121710" w14:textId="77777777" w:rsidR="0057639E" w:rsidRPr="00123D9F" w:rsidRDefault="0057639E" w:rsidP="0057639E"/>
    <w:p w14:paraId="5332B834" w14:textId="53744F99" w:rsidR="007F5A7B" w:rsidRDefault="007F5A7B">
      <w:pPr>
        <w:pStyle w:val="Listaconvietas"/>
      </w:pPr>
      <w:r>
        <w:t>Unidad que gestiona la convocatoria:</w:t>
      </w:r>
    </w:p>
    <w:p w14:paraId="1F816DEC" w14:textId="77777777" w:rsidR="007F5A7B" w:rsidRDefault="007F5A7B" w:rsidP="007F5A7B">
      <w:pPr>
        <w:pStyle w:val="Listaconvietas"/>
        <w:numPr>
          <w:ilvl w:val="0"/>
          <w:numId w:val="0"/>
        </w:numPr>
      </w:pPr>
    </w:p>
    <w:p w14:paraId="3CAF99B4" w14:textId="1F8EBE34" w:rsidR="007F5A7B" w:rsidRDefault="007F5A7B" w:rsidP="007F5A7B">
      <w:pPr>
        <w:pStyle w:val="Listaconvietas"/>
        <w:numPr>
          <w:ilvl w:val="0"/>
          <w:numId w:val="0"/>
        </w:numPr>
      </w:pPr>
      <w:r>
        <w:t>__________________________________________</w:t>
      </w:r>
    </w:p>
    <w:p w14:paraId="209BAA53" w14:textId="134EDAF6" w:rsidR="007C408B" w:rsidRPr="00123D9F" w:rsidRDefault="00DA020C">
      <w:pPr>
        <w:pStyle w:val="Listaconvietas"/>
      </w:pPr>
      <w:r w:rsidRPr="00123D9F">
        <w:t>Título de la convocatoria:</w:t>
      </w:r>
    </w:p>
    <w:p w14:paraId="0EE1FEF5" w14:textId="4C7B3DB0" w:rsidR="007C408B" w:rsidRPr="00123D9F" w:rsidRDefault="00DA020C">
      <w:r w:rsidRPr="00123D9F">
        <w:t>__________________________________________</w:t>
      </w:r>
    </w:p>
    <w:p w14:paraId="5A896FE6" w14:textId="649CE195" w:rsidR="000118C4" w:rsidRPr="005E5309" w:rsidRDefault="00B05C4C" w:rsidP="000118C4">
      <w:pPr>
        <w:pStyle w:val="Prrafodelista"/>
        <w:numPr>
          <w:ilvl w:val="0"/>
          <w:numId w:val="10"/>
        </w:numPr>
        <w:rPr>
          <w:i/>
          <w:iCs/>
        </w:rPr>
      </w:pPr>
      <w:r>
        <w:t>Título de las bases reguladoras</w:t>
      </w:r>
      <w:r w:rsidR="008873F5">
        <w:t xml:space="preserve"> </w:t>
      </w:r>
      <w:r w:rsidR="008873F5" w:rsidRPr="005E5309">
        <w:rPr>
          <w:i/>
          <w:iCs/>
        </w:rPr>
        <w:t xml:space="preserve">(en caso de que las bases </w:t>
      </w:r>
      <w:r w:rsidR="009D38F2" w:rsidRPr="005E5309">
        <w:rPr>
          <w:i/>
          <w:iCs/>
        </w:rPr>
        <w:t xml:space="preserve">reguladoras </w:t>
      </w:r>
      <w:r w:rsidR="008873F5" w:rsidRPr="005E5309">
        <w:rPr>
          <w:i/>
          <w:iCs/>
        </w:rPr>
        <w:t>y convocatoria</w:t>
      </w:r>
      <w:r w:rsidR="005E5309" w:rsidRPr="005E5309">
        <w:rPr>
          <w:i/>
          <w:iCs/>
        </w:rPr>
        <w:t xml:space="preserve"> sean documentos diferentes)</w:t>
      </w:r>
      <w:r w:rsidRPr="005E5309">
        <w:rPr>
          <w:i/>
          <w:iCs/>
        </w:rPr>
        <w:t>:</w:t>
      </w:r>
    </w:p>
    <w:p w14:paraId="698849F2" w14:textId="77777777" w:rsidR="00B05C4C" w:rsidRDefault="00B05C4C" w:rsidP="00B05C4C">
      <w:pPr>
        <w:pStyle w:val="Prrafodelista"/>
        <w:ind w:left="0"/>
      </w:pPr>
    </w:p>
    <w:p w14:paraId="37DF3028" w14:textId="3FB1585E" w:rsidR="00B05C4C" w:rsidRPr="00123D9F" w:rsidRDefault="003B7A45" w:rsidP="00B05C4C">
      <w:pPr>
        <w:pStyle w:val="Prrafodelista"/>
        <w:ind w:left="0"/>
      </w:pPr>
      <w:r>
        <w:t>___________________________________________</w:t>
      </w:r>
    </w:p>
    <w:p w14:paraId="46716448" w14:textId="116E9405" w:rsidR="007C408B" w:rsidRPr="00123D9F" w:rsidRDefault="00DA020C">
      <w:pPr>
        <w:pStyle w:val="Listaconvietas"/>
      </w:pPr>
      <w:r w:rsidRPr="00123D9F">
        <w:t>URL (</w:t>
      </w:r>
      <w:r w:rsidRPr="00123D9F">
        <w:rPr>
          <w:i/>
          <w:iCs/>
        </w:rPr>
        <w:t>enlace</w:t>
      </w:r>
      <w:r w:rsidR="004F01BB">
        <w:rPr>
          <w:i/>
          <w:iCs/>
        </w:rPr>
        <w:t xml:space="preserve"> a </w:t>
      </w:r>
      <w:r w:rsidRPr="00123D9F">
        <w:rPr>
          <w:i/>
          <w:iCs/>
        </w:rPr>
        <w:t>bases</w:t>
      </w:r>
      <w:r w:rsidR="004F01BB">
        <w:rPr>
          <w:i/>
          <w:iCs/>
        </w:rPr>
        <w:t xml:space="preserve"> </w:t>
      </w:r>
      <w:r w:rsidR="005E5309">
        <w:rPr>
          <w:i/>
          <w:iCs/>
        </w:rPr>
        <w:t xml:space="preserve">reguladoras </w:t>
      </w:r>
      <w:r w:rsidR="004F01BB">
        <w:rPr>
          <w:i/>
          <w:iCs/>
        </w:rPr>
        <w:t xml:space="preserve">y </w:t>
      </w:r>
      <w:r w:rsidR="0057639E" w:rsidRPr="00123D9F">
        <w:rPr>
          <w:i/>
          <w:iCs/>
        </w:rPr>
        <w:t>convocatoria</w:t>
      </w:r>
      <w:r w:rsidRPr="00123D9F">
        <w:t>):</w:t>
      </w:r>
    </w:p>
    <w:p w14:paraId="0720E8DD" w14:textId="77777777" w:rsidR="007C408B" w:rsidRPr="00123D9F" w:rsidRDefault="00DA020C">
      <w:r w:rsidRPr="00123D9F">
        <w:t>__________________________________________</w:t>
      </w:r>
    </w:p>
    <w:p w14:paraId="14921D6F" w14:textId="77777777" w:rsidR="007C408B" w:rsidRPr="00123D9F" w:rsidRDefault="00DA020C">
      <w:pPr>
        <w:pStyle w:val="Listaconvietas"/>
      </w:pPr>
      <w:r w:rsidRPr="00123D9F">
        <w:t>Posibles beneficiarios (</w:t>
      </w:r>
      <w:r w:rsidRPr="00123D9F">
        <w:rPr>
          <w:i/>
          <w:iCs/>
        </w:rPr>
        <w:t>puede seleccionar más de uno</w:t>
      </w:r>
      <w:r w:rsidRPr="00123D9F">
        <w:t>):</w:t>
      </w:r>
    </w:p>
    <w:p w14:paraId="447FF92D" w14:textId="23A1FA99" w:rsidR="007C408B" w:rsidRPr="00123D9F" w:rsidRDefault="00DA020C">
      <w:r w:rsidRPr="00123D9F">
        <w:t>- [</w:t>
      </w:r>
      <w:r w:rsidR="0057639E" w:rsidRPr="00123D9F">
        <w:t xml:space="preserve"> </w:t>
      </w:r>
      <w:r w:rsidRPr="00123D9F">
        <w:t>] Pymes y personas físicas que desarrollan actividad económica</w:t>
      </w:r>
    </w:p>
    <w:p w14:paraId="7C87029E" w14:textId="77777777" w:rsidR="007C408B" w:rsidRPr="00123D9F" w:rsidRDefault="00DA020C">
      <w:r w:rsidRPr="00123D9F">
        <w:t>- [ ] Gran empresa</w:t>
      </w:r>
    </w:p>
    <w:p w14:paraId="627C6E58" w14:textId="77777777" w:rsidR="007C408B" w:rsidRPr="00123D9F" w:rsidRDefault="00DA020C">
      <w:r w:rsidRPr="00123D9F">
        <w:t>- [ ] Personas jurídicas que no desarrollan actividad económica</w:t>
      </w:r>
    </w:p>
    <w:p w14:paraId="5AA2050D" w14:textId="77777777" w:rsidR="007C408B" w:rsidRPr="00123D9F" w:rsidRDefault="00DA020C">
      <w:r w:rsidRPr="00123D9F">
        <w:t>- [ ] Personas físicas que no desarrollan actividad económica</w:t>
      </w:r>
    </w:p>
    <w:p w14:paraId="14A8B0D2" w14:textId="77777777" w:rsidR="007C408B" w:rsidRPr="00123D9F" w:rsidRDefault="00DA020C">
      <w:pPr>
        <w:pStyle w:val="Listaconvietas"/>
      </w:pPr>
      <w:r w:rsidRPr="00123D9F">
        <w:t>Procedimiento de concesión:</w:t>
      </w:r>
    </w:p>
    <w:p w14:paraId="26942DC0" w14:textId="77777777" w:rsidR="007C408B" w:rsidRPr="00123D9F" w:rsidRDefault="00DA020C">
      <w:r w:rsidRPr="00123D9F">
        <w:t>( ) Directa</w:t>
      </w:r>
    </w:p>
    <w:p w14:paraId="1DABE0D7" w14:textId="77777777" w:rsidR="007C408B" w:rsidRPr="00123D9F" w:rsidRDefault="00DA020C">
      <w:r w:rsidRPr="00123D9F">
        <w:t>( ) Competitiva</w:t>
      </w:r>
    </w:p>
    <w:p w14:paraId="65DD5386" w14:textId="77777777" w:rsidR="007C408B" w:rsidRPr="00123D9F" w:rsidRDefault="00DA020C">
      <w:pPr>
        <w:pStyle w:val="Listaconvietas"/>
      </w:pPr>
      <w:r w:rsidRPr="00123D9F">
        <w:t>Presupuesto:</w:t>
      </w:r>
    </w:p>
    <w:p w14:paraId="76DA1717" w14:textId="77777777" w:rsidR="007C408B" w:rsidRPr="00123D9F" w:rsidRDefault="00DA020C">
      <w:r w:rsidRPr="00123D9F">
        <w:t>Importe total: __________________________</w:t>
      </w:r>
    </w:p>
    <w:p w14:paraId="27B4BE46" w14:textId="77777777" w:rsidR="007C408B" w:rsidRPr="00123D9F" w:rsidRDefault="00DA020C">
      <w:r w:rsidRPr="00123D9F">
        <w:t>¿Fondos provienen del Mecanismo de Recuperación y Resiliencia o de la UE?</w:t>
      </w:r>
    </w:p>
    <w:p w14:paraId="5BF45314" w14:textId="77777777" w:rsidR="007C408B" w:rsidRDefault="00DA020C">
      <w:r w:rsidRPr="00123D9F">
        <w:t>( ) Sí → Importe: _______________________</w:t>
      </w:r>
    </w:p>
    <w:p w14:paraId="41DDC909" w14:textId="77777777" w:rsidR="00064726" w:rsidRPr="00123D9F" w:rsidRDefault="00064726"/>
    <w:p w14:paraId="47240354" w14:textId="77777777" w:rsidR="007C408B" w:rsidRPr="00123D9F" w:rsidRDefault="00DA020C">
      <w:r w:rsidRPr="00123D9F">
        <w:t>( ) No</w:t>
      </w:r>
    </w:p>
    <w:p w14:paraId="4BA077EB" w14:textId="77777777" w:rsidR="007C408B" w:rsidRPr="00123D9F" w:rsidRDefault="00DA020C">
      <w:pPr>
        <w:pStyle w:val="Listaconvietas"/>
      </w:pPr>
      <w:r w:rsidRPr="00123D9F">
        <w:t>Plazo de solicitud:</w:t>
      </w:r>
    </w:p>
    <w:p w14:paraId="66255A5F" w14:textId="77777777" w:rsidR="007C408B" w:rsidRPr="00123D9F" w:rsidRDefault="00DA020C">
      <w:r w:rsidRPr="00123D9F">
        <w:t>Fecha de inicio: _______________________</w:t>
      </w:r>
    </w:p>
    <w:p w14:paraId="4208CCD9" w14:textId="1CB82EE1" w:rsidR="007C408B" w:rsidRDefault="00DA020C">
      <w:r w:rsidRPr="00123D9F">
        <w:t>Fecha fin: __________________________</w:t>
      </w:r>
    </w:p>
    <w:p w14:paraId="645799C1" w14:textId="53C9CAA9" w:rsidR="00C24C1A" w:rsidRDefault="00C24C1A" w:rsidP="00C24C1A">
      <w:pPr>
        <w:pStyle w:val="Prrafodelista"/>
        <w:numPr>
          <w:ilvl w:val="0"/>
          <w:numId w:val="10"/>
        </w:numPr>
      </w:pPr>
      <w:r>
        <w:t xml:space="preserve">Sede electrónica de solicitud: </w:t>
      </w:r>
    </w:p>
    <w:p w14:paraId="5A479A23" w14:textId="77777777" w:rsidR="00721A1E" w:rsidRDefault="00721A1E" w:rsidP="00721A1E">
      <w:pPr>
        <w:pStyle w:val="Prrafodelista"/>
        <w:ind w:left="360"/>
      </w:pPr>
    </w:p>
    <w:p w14:paraId="464F9E39" w14:textId="7D88E742" w:rsidR="00721A1E" w:rsidRPr="00123D9F" w:rsidRDefault="00721A1E" w:rsidP="00721A1E">
      <w:pPr>
        <w:pStyle w:val="Prrafodelista"/>
        <w:ind w:left="0"/>
      </w:pPr>
      <w:r>
        <w:t>______________________________________</w:t>
      </w:r>
    </w:p>
    <w:p w14:paraId="66A76E9B" w14:textId="77777777" w:rsidR="007C408B" w:rsidRPr="00123D9F" w:rsidRDefault="00DA020C">
      <w:pPr>
        <w:pStyle w:val="Listaconvietas"/>
      </w:pPr>
      <w:r w:rsidRPr="00123D9F">
        <w:t>Justificación:</w:t>
      </w:r>
    </w:p>
    <w:p w14:paraId="404B1EFA" w14:textId="77777777" w:rsidR="007C408B" w:rsidRPr="00123D9F" w:rsidRDefault="00DA020C">
      <w:r w:rsidRPr="00123D9F">
        <w:t>Momento de la justificación:</w:t>
      </w:r>
    </w:p>
    <w:p w14:paraId="1CF04187" w14:textId="77777777" w:rsidR="007C408B" w:rsidRPr="00123D9F" w:rsidRDefault="00DA020C">
      <w:r w:rsidRPr="00123D9F">
        <w:t>( ) Justificación previa</w:t>
      </w:r>
    </w:p>
    <w:p w14:paraId="480E9050" w14:textId="77777777" w:rsidR="007C408B" w:rsidRPr="00123D9F" w:rsidRDefault="00DA020C">
      <w:r w:rsidRPr="00123D9F">
        <w:t>( ) Justificación posterior al pago</w:t>
      </w:r>
    </w:p>
    <w:p w14:paraId="71C336B5" w14:textId="0DB10DE5" w:rsidR="007C408B" w:rsidRPr="00123D9F" w:rsidRDefault="00DA020C">
      <w:r w:rsidRPr="00123D9F">
        <w:t>Fecha fin de justificación: ____________</w:t>
      </w:r>
      <w:r w:rsidR="008D1403" w:rsidRPr="00123D9F">
        <w:t>__________</w:t>
      </w:r>
    </w:p>
    <w:p w14:paraId="6916C24D" w14:textId="77777777" w:rsidR="007C408B" w:rsidRPr="00123D9F" w:rsidRDefault="00DA020C">
      <w:pPr>
        <w:pStyle w:val="Listaconvietas"/>
      </w:pPr>
      <w:r w:rsidRPr="00123D9F">
        <w:t>Fecha de publicación en el Tablón electrónico oficial:</w:t>
      </w:r>
    </w:p>
    <w:p w14:paraId="2928EA40" w14:textId="77777777" w:rsidR="007C408B" w:rsidRDefault="00DA020C">
      <w:r w:rsidRPr="00123D9F">
        <w:t>__________________________________________</w:t>
      </w:r>
    </w:p>
    <w:sectPr w:rsidR="007C408B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6ADE8" w14:textId="77777777" w:rsidR="00577EDA" w:rsidRPr="00123D9F" w:rsidRDefault="00577EDA" w:rsidP="0057639E">
      <w:pPr>
        <w:spacing w:after="0" w:line="240" w:lineRule="auto"/>
      </w:pPr>
      <w:r w:rsidRPr="00123D9F">
        <w:separator/>
      </w:r>
    </w:p>
  </w:endnote>
  <w:endnote w:type="continuationSeparator" w:id="0">
    <w:p w14:paraId="12ECE196" w14:textId="77777777" w:rsidR="00577EDA" w:rsidRPr="00123D9F" w:rsidRDefault="00577EDA" w:rsidP="0057639E">
      <w:pPr>
        <w:spacing w:after="0" w:line="240" w:lineRule="auto"/>
      </w:pPr>
      <w:r w:rsidRPr="00123D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7EB1C" w14:textId="77777777" w:rsidR="00577EDA" w:rsidRPr="00123D9F" w:rsidRDefault="00577EDA" w:rsidP="0057639E">
      <w:pPr>
        <w:spacing w:after="0" w:line="240" w:lineRule="auto"/>
      </w:pPr>
      <w:r w:rsidRPr="00123D9F">
        <w:separator/>
      </w:r>
    </w:p>
  </w:footnote>
  <w:footnote w:type="continuationSeparator" w:id="0">
    <w:p w14:paraId="024B21B2" w14:textId="77777777" w:rsidR="00577EDA" w:rsidRPr="00123D9F" w:rsidRDefault="00577EDA" w:rsidP="0057639E">
      <w:pPr>
        <w:spacing w:after="0" w:line="240" w:lineRule="auto"/>
      </w:pPr>
      <w:r w:rsidRPr="00123D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1B17A" w14:textId="32BFDC7A" w:rsidR="0057639E" w:rsidRPr="00123D9F" w:rsidRDefault="0057639E">
    <w:pPr>
      <w:pStyle w:val="Encabezado"/>
    </w:pPr>
    <w:r w:rsidRPr="00123D9F">
      <w:rPr>
        <w:noProof/>
      </w:rPr>
      <w:drawing>
        <wp:inline distT="0" distB="0" distL="0" distR="0" wp14:anchorId="7C046990" wp14:editId="52E9F849">
          <wp:extent cx="1083935" cy="942975"/>
          <wp:effectExtent l="0" t="0" r="2540" b="0"/>
          <wp:docPr id="51812191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530" cy="95045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0378EF"/>
    <w:multiLevelType w:val="hybridMultilevel"/>
    <w:tmpl w:val="F3FC963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6919422">
    <w:abstractNumId w:val="8"/>
  </w:num>
  <w:num w:numId="2" w16cid:durableId="1765957843">
    <w:abstractNumId w:val="6"/>
  </w:num>
  <w:num w:numId="3" w16cid:durableId="1223951285">
    <w:abstractNumId w:val="5"/>
  </w:num>
  <w:num w:numId="4" w16cid:durableId="1247567531">
    <w:abstractNumId w:val="4"/>
  </w:num>
  <w:num w:numId="5" w16cid:durableId="1057045003">
    <w:abstractNumId w:val="7"/>
  </w:num>
  <w:num w:numId="6" w16cid:durableId="901329997">
    <w:abstractNumId w:val="3"/>
  </w:num>
  <w:num w:numId="7" w16cid:durableId="1308509814">
    <w:abstractNumId w:val="2"/>
  </w:num>
  <w:num w:numId="8" w16cid:durableId="1656376086">
    <w:abstractNumId w:val="1"/>
  </w:num>
  <w:num w:numId="9" w16cid:durableId="475538028">
    <w:abstractNumId w:val="0"/>
  </w:num>
  <w:num w:numId="10" w16cid:durableId="14201045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8C4"/>
    <w:rsid w:val="00034616"/>
    <w:rsid w:val="00053D8F"/>
    <w:rsid w:val="0006063C"/>
    <w:rsid w:val="00064726"/>
    <w:rsid w:val="00123D9F"/>
    <w:rsid w:val="0015074B"/>
    <w:rsid w:val="0029639D"/>
    <w:rsid w:val="00326F90"/>
    <w:rsid w:val="003B7A45"/>
    <w:rsid w:val="004119CB"/>
    <w:rsid w:val="004E249B"/>
    <w:rsid w:val="004F01BB"/>
    <w:rsid w:val="00572EB9"/>
    <w:rsid w:val="0057639E"/>
    <w:rsid w:val="00577EDA"/>
    <w:rsid w:val="005E5309"/>
    <w:rsid w:val="00644F57"/>
    <w:rsid w:val="0070184B"/>
    <w:rsid w:val="00721A1E"/>
    <w:rsid w:val="007C408B"/>
    <w:rsid w:val="007F5A7B"/>
    <w:rsid w:val="008873F5"/>
    <w:rsid w:val="008D1403"/>
    <w:rsid w:val="009954C2"/>
    <w:rsid w:val="009D38F2"/>
    <w:rsid w:val="00A62136"/>
    <w:rsid w:val="00AA1D8D"/>
    <w:rsid w:val="00AB028E"/>
    <w:rsid w:val="00B05C4C"/>
    <w:rsid w:val="00B36BD0"/>
    <w:rsid w:val="00B47730"/>
    <w:rsid w:val="00B8587C"/>
    <w:rsid w:val="00C24C1A"/>
    <w:rsid w:val="00CB0664"/>
    <w:rsid w:val="00DA020C"/>
    <w:rsid w:val="00EA69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3BBCC4"/>
  <w14:defaultImageDpi w14:val="300"/>
  <w15:docId w15:val="{398A93EE-40FA-4E21-B2F1-5236724C9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209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 BELEN LOPEZ ALVAREZ</cp:lastModifiedBy>
  <cp:revision>16</cp:revision>
  <dcterms:created xsi:type="dcterms:W3CDTF">2025-07-14T09:42:00Z</dcterms:created>
  <dcterms:modified xsi:type="dcterms:W3CDTF">2025-09-22T09:59:00Z</dcterms:modified>
  <cp:category/>
</cp:coreProperties>
</file>